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rPr>
          <w:sz w:val="21"/>
        </w:rPr>
        <w:spacing w:line="567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USER_u0 \* MERGEFORMAT </w:instrText>
      </w:r>
      <w:r>
        <w:fldChar w:fldCharType="separate"/>
      </w:r>
      <w:r>
        <w:t xml:space="preserve"/>
      </w:r>
      <w:r>
        <w:fldChar w:fldCharType="end"/>
      </w:r>
    </w:p>
    <w:p>
      <w:pPr>
        <w:rPr>
          <w:sz w:val="21"/>
        </w:rPr>
        <w:spacing w:line="1134" w:lineRule="exact"/>
      </w:pPr>
      <w:r>
        <w:rPr>
          <w:sz w:val="21"/>
          <w:szCs w:val="21"/>
        </w:rPr>
      </w:r>
      <w:r>
        <w:fldChar w:fldCharType="begin"/>
      </w:r>
      <w:r>
        <w:instrText xml:space="preserve"> SET USER_u1 \* MERGEFORMAT </w:instrText>
      </w:r>
      <w:r>
        <w:fldChar w:fldCharType="separate"/>
      </w:r>
      <w:r>
        <w:t xml:space="preserve"/>
      </w:r>
      <w:r>
        <w:fldChar w:fldCharType="end"/>
      </w:r>
    </w:p>
    <w:p>
      <w:pPr>
        <w:rPr>
          <w:sz w:val="21"/>
        </w:rPr>
      </w:pPr>
      <w:r>
        <w:rPr>
          <w:sz w:val="21"/>
          <w:szCs w:val="21"/>
        </w:rPr>
      </w:r>
      <w:r>
        <w:fldChar w:fldCharType="begin"/>
      </w:r>
      <w:r>
        <w:instrText xml:space="preserve"> SET USER_u2 \* MERGEFORMAT </w:instrText>
      </w:r>
      <w:r>
        <w:fldChar w:fldCharType="separate"/>
      </w:r>
      <w:r>
        <w:t xml:space="preserve"/>
      </w:r>
      <w:r>
        <w:fldChar w:fldCharType="end"/>
      </w:r>
    </w:p>
    <w:p>
      <w:pPr>
        <w:rPr>
          <w:sz w:val="28"/>
        </w:rPr>
      </w:pPr>
      <w:r>
        <w:rPr>
          <w:sz w:val="28"/>
          <w:szCs w:val="28"/>
        </w:rPr>
      </w:r>
      <w:r>
        <w:fldChar w:fldCharType="begin"/>
      </w:r>
      <w:r>
        <w:instrText xml:space="preserve"> SET USER_u3 \* MERGEFORMAT </w:instrText>
      </w:r>
      <w:r>
        <w:fldChar w:fldCharType="separate"/>
      </w:r>
      <w:r>
        <w:t xml:space="preserve"/>
      </w:r>
      <w:r>
        <w:fldChar w:fldCharType="end"/>
      </w:r>
    </w:p>
    <w:p>
      <w:pPr>
        <w:rPr>
          <w:sz w:val="36"/>
        </w:rPr>
      </w:pPr>
      <w:r>
        <w:rPr>
          <w:sz w:val="36"/>
          <w:szCs w:val="36"/>
        </w:rPr>
      </w:r>
      <w:r>
        <w:fldChar w:fldCharType="begin"/>
      </w:r>
      <w:r>
        <w:instrText xml:space="preserve"> SET USER_u4 \* MERGEFORMAT </w:instrText>
      </w:r>
      <w:r>
        <w:fldChar w:fldCharType="separate"/>
      </w:r>
      <w:r>
        <w:t xml:space="preserve"/>
      </w:r>
      <w:r>
        <w:fldChar w:fldCharType="end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